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0F0BCF" w14:textId="77777777" w:rsidR="00C973A3" w:rsidRDefault="007C764D">
      <w:pPr>
        <w:spacing w:after="160"/>
        <w:jc w:val="center"/>
      </w:pPr>
      <w:r>
        <w:rPr>
          <w:b/>
        </w:rPr>
        <w:t>HOUSING AUTHORITY OF THE TOWNSHIP OF NORTH BERGEN</w:t>
      </w:r>
    </w:p>
    <w:p w14:paraId="3B44E575" w14:textId="77777777" w:rsidR="00C973A3" w:rsidRDefault="007C764D">
      <w:pPr>
        <w:pStyle w:val="Title"/>
        <w:spacing w:after="320"/>
        <w:jc w:val="center"/>
      </w:pPr>
      <w:r>
        <w:t>NOTICE OF CONTRACT AWARD</w:t>
      </w:r>
    </w:p>
    <w:p w14:paraId="5D238A80" w14:textId="77777777" w:rsidR="00C973A3" w:rsidRDefault="007C764D">
      <w:r>
        <w:t>Notice is hereby given that the Housing Authority of the Township of North Bergen has awarded a contract following public bidding to Johnson Controls Fire Protection, LP, for Fire Alarm Inspection, Monitoring, and Service.</w:t>
      </w:r>
    </w:p>
    <w:p w14:paraId="378537E7" w14:textId="77777777" w:rsidR="00C973A3" w:rsidRDefault="007C764D">
      <w:r>
        <w:t>The initial term is September 28, 2026 through September 30, 2027, at a base price of $20,464.00, with an optional one-year renewal at $20,464.00. Additional authorized repair and replacement work is payable at $170.00 per hour, plus materials in accordance with the contract.</w:t>
      </w:r>
    </w:p>
    <w:p w14:paraId="0CBE65DF" w14:textId="2E576D79" w:rsidR="00C973A3" w:rsidRDefault="007C764D">
      <w:r>
        <w:t xml:space="preserve">The award resolution and contract are on file and available for public inspection in the Office of the </w:t>
      </w:r>
      <w:r w:rsidR="004714C3">
        <w:t>Housing Authority</w:t>
      </w:r>
      <w:r>
        <w:t>, 6121 Grand Avenue, North Bergen, NJ 07047, during regular business hours.</w:t>
      </w:r>
    </w:p>
    <w:sectPr w:rsidR="00C973A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4450933">
    <w:abstractNumId w:val="8"/>
  </w:num>
  <w:num w:numId="2" w16cid:durableId="1128940278">
    <w:abstractNumId w:val="6"/>
  </w:num>
  <w:num w:numId="3" w16cid:durableId="229124900">
    <w:abstractNumId w:val="5"/>
  </w:num>
  <w:num w:numId="4" w16cid:durableId="2019191997">
    <w:abstractNumId w:val="4"/>
  </w:num>
  <w:num w:numId="5" w16cid:durableId="1942950735">
    <w:abstractNumId w:val="7"/>
  </w:num>
  <w:num w:numId="6" w16cid:durableId="244385485">
    <w:abstractNumId w:val="3"/>
  </w:num>
  <w:num w:numId="7" w16cid:durableId="238448351">
    <w:abstractNumId w:val="2"/>
  </w:num>
  <w:num w:numId="8" w16cid:durableId="1480996316">
    <w:abstractNumId w:val="1"/>
  </w:num>
  <w:num w:numId="9" w16cid:durableId="21036001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D5E"/>
    <w:rsid w:val="0029639D"/>
    <w:rsid w:val="00326F90"/>
    <w:rsid w:val="004714C3"/>
    <w:rsid w:val="007C764D"/>
    <w:rsid w:val="00AA1D8D"/>
    <w:rsid w:val="00B47730"/>
    <w:rsid w:val="00C973A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CF12D4"/>
  <w14:defaultImageDpi w14:val="300"/>
  <w15:docId w15:val="{78C4448C-5696-BA4B-B34D-400C17EB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Alarm Notice of Contract Award</dc:title>
  <dc:subject/>
  <dc:creator>North Bergen Housing Authority</dc:creator>
  <cp:keywords/>
  <dc:description>generated by python-docx</dc:description>
  <cp:lastModifiedBy>Ryan Leggio</cp:lastModifiedBy>
  <cp:revision>2</cp:revision>
  <dcterms:created xsi:type="dcterms:W3CDTF">2026-09-29T12:38:00Z</dcterms:created>
  <dcterms:modified xsi:type="dcterms:W3CDTF">2026-09-29T12:38:00Z</dcterms:modified>
  <cp:category/>
</cp:coreProperties>
</file>